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הבחירות לכנסת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תהליך ההצבעה בקלפי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יסוד כמו קלפי, מעטפה ופרגוד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שורש ב-ח-ר ומשפחת המילים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תעודת זהות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אף אחד לא רואה מה בחרתם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מהמחסן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הפרגוד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(המקום שבו מצביעים)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(שמים בה את הפתק)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(עומדים מאחוריו כשבוחרים לבד)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מראים תעודת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עומדים מאחורי הפרגוד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מכניסים את המעטפה לקלפי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השורש הוא ב-ח-ר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מ-7:00 עד 22:00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שמים את הפתק שבחרו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הכתבות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את תהליך ההצבעה עם דוגמה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תשובות אישיות קצרות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הבחירות לכנסת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היום יש בישראל בחירות לכנסת. בדף הזה נלמד איך מצביעים, מה רואים בקלפי, ולמה כל קול חשוב.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הפרגוד  ·  סודית  ·  מושבים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מושבים יש בכנסת?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מראים בקלפי לפני ההצבעה?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כרטיס 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תעודת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מכתב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ההצבעה בקלפי היא סודית.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הקלפיות פתוחות משעה 7:00 עד 22:00.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מהמחסן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מאחורי __________ בוחרים פתק.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בכנסת יש 120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ההצבעה __________: אף אחד לא רואה מה בחרתם.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שמים בה את הפתק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מעטפה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עומדים מאחוריו כשבוחרים 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פרגוד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המקום שבו מצביעים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מכניסים את המעטפה לקלפי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מראים תעודת זהות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עומדים מאחורי הפרגוד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השורש של המילה לבחור?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ממתי עד מתי הקלפיות פתוחות?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הבחירות לכנסת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