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קלפי, מעטפה ופרגוד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ב-ח-ר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מה 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פתק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יכולה להצביע כי היא אזרחית בת 18 ומעלה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(עומדים מאחוריו כשבוחרים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(מראים אותה לפני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(המשפחה של המילה לבחור)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 ושמים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שכל קול חשוב, שההצבעה היא זכות וגם חובה אזרחית, ושהבחירות קובעות מי ייצג אותנו בכנסת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מ-7:00 עד 22:00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את הפתק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תהליך ההצבעה עם דוגמה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בישראל יום בחירות. בדף הזה לומדים איך מצביעים בקלפי.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 ושמים את הפתק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שבוחרים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מעטפה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בה את הפתק לפני שמכניסים לקלפי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וילון שעומדים מאחוריו כשבוחרים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עם תמונה שמראים בקלפי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מקומות ישיבה בכנסת, יש 120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ולקחת דבר אחד מכמה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יודע מה 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מקומות ישיבה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גיל מצביעים?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להראות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שמים את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מדינה דינה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מהודו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בוחרים שני פתקים.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הקלפיות פתוחות משעה 7:00 עד 22:00.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ינה לא יכולה להצביע כי היא עולה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מאחורי __________ בוחרים פתק.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בכנסת יש 120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ההצבעה __________: אף אחד לא רואה מה בחרתם.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בקלפי מראים __________ עם 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דינה שמה את הפתק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המשפחה של המילה לבחור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עומדים מאחוריו כשבוחרים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מצביעים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ב-ח-ר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מראים אותה לפני ההצבעה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מאחורי הפרגוד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 ושמים אותו במעטפה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משפטים: למה חשוב שכל אזרח ואזרחית יצביעו ביום הבחירות?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ממתי עד מתי הקלפיות פתוחות?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במעטפה לפני שמכניסים אותה לקלפי?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